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6E7C1" w14:textId="79056FFF" w:rsidR="00A82020" w:rsidRPr="00A82020" w:rsidRDefault="00F27864" w:rsidP="00A82020">
      <w:pPr>
        <w:rPr>
          <w:b/>
          <w:sz w:val="28"/>
          <w:szCs w:val="28"/>
          <w:lang w:val="de-DE"/>
        </w:rPr>
      </w:pPr>
      <w:r>
        <w:rPr>
          <w:b/>
          <w:noProof/>
          <w:sz w:val="28"/>
          <w:szCs w:val="28"/>
          <w:lang w:val="de-DE"/>
        </w:rPr>
        <w:drawing>
          <wp:inline distT="0" distB="0" distL="0" distR="0" wp14:anchorId="59EDC2A9" wp14:editId="60D329D4">
            <wp:extent cx="1638300" cy="562616"/>
            <wp:effectExtent l="0" t="0" r="0" b="889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382" cy="5650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  <w:lang w:val="de-DE"/>
        </w:rPr>
        <w:t xml:space="preserve">  </w:t>
      </w:r>
      <w:r w:rsidR="000A501A">
        <w:rPr>
          <w:b/>
          <w:sz w:val="28"/>
          <w:szCs w:val="28"/>
          <w:lang w:val="de-DE"/>
        </w:rPr>
        <w:t xml:space="preserve"> </w:t>
      </w:r>
      <w:r w:rsidR="00BF0C59">
        <w:rPr>
          <w:b/>
          <w:sz w:val="28"/>
          <w:szCs w:val="28"/>
          <w:lang w:val="de-DE"/>
        </w:rPr>
        <w:t xml:space="preserve"> </w:t>
      </w:r>
      <w:r w:rsidR="000A501A">
        <w:rPr>
          <w:b/>
          <w:sz w:val="28"/>
          <w:szCs w:val="28"/>
          <w:lang w:val="de-DE"/>
        </w:rPr>
        <w:t xml:space="preserve"> </w:t>
      </w:r>
      <w:r>
        <w:rPr>
          <w:b/>
          <w:sz w:val="28"/>
          <w:szCs w:val="28"/>
          <w:lang w:val="de-DE"/>
        </w:rPr>
        <w:t xml:space="preserve"> </w:t>
      </w:r>
      <w:r w:rsidR="007D6588" w:rsidRPr="00A82020">
        <w:rPr>
          <w:b/>
          <w:sz w:val="28"/>
          <w:szCs w:val="28"/>
          <w:lang w:val="de-DE"/>
        </w:rPr>
        <w:t>Liebe</w:t>
      </w:r>
      <w:r w:rsidR="00780A49" w:rsidRPr="00A82020">
        <w:rPr>
          <w:b/>
          <w:sz w:val="28"/>
          <w:szCs w:val="28"/>
          <w:lang w:val="de-DE"/>
        </w:rPr>
        <w:t xml:space="preserve"> Gäste</w:t>
      </w:r>
      <w:r w:rsidR="007D6588" w:rsidRPr="00A82020">
        <w:rPr>
          <w:b/>
          <w:sz w:val="28"/>
          <w:szCs w:val="28"/>
          <w:lang w:val="de-DE"/>
        </w:rPr>
        <w:t xml:space="preserve"> des SCÖ</w:t>
      </w:r>
      <w:r w:rsidR="00780A49" w:rsidRPr="00A82020">
        <w:rPr>
          <w:b/>
          <w:sz w:val="28"/>
          <w:szCs w:val="28"/>
          <w:lang w:val="de-DE"/>
        </w:rPr>
        <w:t>:</w:t>
      </w:r>
    </w:p>
    <w:p w14:paraId="0060E8A9" w14:textId="28D89B00" w:rsidR="00FE2725" w:rsidRDefault="00780A49" w:rsidP="00A82020">
      <w:pPr>
        <w:rPr>
          <w:lang w:val="de-DE"/>
        </w:rPr>
      </w:pPr>
      <w:r w:rsidRPr="007D6588">
        <w:rPr>
          <w:lang w:val="de-DE"/>
        </w:rPr>
        <w:t xml:space="preserve">Wir gewähren Besuchern mit privaten Sportbooten Gastrecht </w:t>
      </w:r>
      <w:r w:rsidR="00F27864">
        <w:rPr>
          <w:lang w:val="de-DE"/>
        </w:rPr>
        <w:t>(max.</w:t>
      </w:r>
      <w:r w:rsidR="00A25AA8">
        <w:rPr>
          <w:lang w:val="de-DE"/>
        </w:rPr>
        <w:t xml:space="preserve"> 3 </w:t>
      </w:r>
      <w:r w:rsidR="003B5620">
        <w:rPr>
          <w:lang w:val="de-DE"/>
        </w:rPr>
        <w:t>Nächte)</w:t>
      </w:r>
      <w:r w:rsidR="00F27864">
        <w:rPr>
          <w:lang w:val="de-DE"/>
        </w:rPr>
        <w:t xml:space="preserve"> </w:t>
      </w:r>
      <w:r w:rsidRPr="007D6588">
        <w:rPr>
          <w:lang w:val="de-DE"/>
        </w:rPr>
        <w:t>in unserer Anlage,</w:t>
      </w:r>
      <w:r w:rsidR="00A25AA8">
        <w:rPr>
          <w:lang w:val="de-DE"/>
        </w:rPr>
        <w:t xml:space="preserve"> </w:t>
      </w:r>
      <w:r w:rsidRPr="007D6588">
        <w:rPr>
          <w:lang w:val="de-DE"/>
        </w:rPr>
        <w:t>sofern wir über freie Liegeplätze verfügen. Bitte beachten Sie unsere</w:t>
      </w:r>
    </w:p>
    <w:p w14:paraId="269E2E36" w14:textId="34388A5B" w:rsidR="00236DF0" w:rsidRPr="00A82020" w:rsidRDefault="00780A49" w:rsidP="00FE2725">
      <w:pPr>
        <w:spacing w:after="280"/>
        <w:rPr>
          <w:sz w:val="28"/>
          <w:szCs w:val="28"/>
          <w:lang w:val="de-DE"/>
        </w:rPr>
      </w:pPr>
      <w:r w:rsidRPr="00A82020">
        <w:rPr>
          <w:b/>
          <w:sz w:val="28"/>
          <w:szCs w:val="28"/>
          <w:lang w:val="de-DE"/>
        </w:rPr>
        <w:t>Hafenordnung, die auch für unsere Gäste</w:t>
      </w:r>
      <w:r w:rsidRPr="00A82020">
        <w:rPr>
          <w:b/>
          <w:sz w:val="28"/>
          <w:szCs w:val="28"/>
          <w:lang w:val="de-DE"/>
        </w:rPr>
        <w:br/>
        <w:t xml:space="preserve">verbindlich </w:t>
      </w:r>
      <w:r w:rsidR="00A25AA8" w:rsidRPr="00A82020">
        <w:rPr>
          <w:b/>
          <w:sz w:val="28"/>
          <w:szCs w:val="28"/>
          <w:lang w:val="de-DE"/>
        </w:rPr>
        <w:t>ist:</w:t>
      </w:r>
    </w:p>
    <w:p w14:paraId="1D5FA06A" w14:textId="77777777" w:rsidR="00236DF0" w:rsidRPr="007D6588" w:rsidRDefault="00780A49">
      <w:pPr>
        <w:pStyle w:val="Aufzhlungszeichen"/>
        <w:spacing w:after="100"/>
        <w:ind w:left="340" w:hanging="170"/>
        <w:rPr>
          <w:lang w:val="de-DE"/>
        </w:rPr>
      </w:pPr>
      <w:r w:rsidRPr="007D6588">
        <w:rPr>
          <w:lang w:val="de-DE"/>
        </w:rPr>
        <w:t>Belegen Sie nur Plätze, die als „</w:t>
      </w:r>
      <w:r w:rsidRPr="00A25AA8">
        <w:rPr>
          <w:color w:val="00B050"/>
          <w:lang w:val="de-DE"/>
        </w:rPr>
        <w:t>FREI</w:t>
      </w:r>
      <w:r w:rsidRPr="007D6588">
        <w:rPr>
          <w:lang w:val="de-DE"/>
        </w:rPr>
        <w:t>“ gekennzeichnet sind.</w:t>
      </w:r>
    </w:p>
    <w:p w14:paraId="7899D154" w14:textId="77777777" w:rsidR="00236DF0" w:rsidRPr="007D6588" w:rsidRDefault="00780A49">
      <w:pPr>
        <w:pStyle w:val="Aufzhlungszeichen"/>
        <w:spacing w:after="100"/>
        <w:ind w:left="340" w:hanging="170"/>
        <w:rPr>
          <w:lang w:val="de-DE"/>
        </w:rPr>
      </w:pPr>
      <w:r w:rsidRPr="007D6588">
        <w:rPr>
          <w:lang w:val="de-DE"/>
        </w:rPr>
        <w:t>Verwenden Sie Ihre eigenen Leinen und sichern Sie Ihr Boot einwandfrei.</w:t>
      </w:r>
    </w:p>
    <w:p w14:paraId="40008704" w14:textId="0572B008" w:rsidR="00236DF0" w:rsidRPr="007D6588" w:rsidRDefault="00780A49">
      <w:pPr>
        <w:pStyle w:val="Aufzhlungszeichen"/>
        <w:spacing w:after="100"/>
        <w:ind w:left="340" w:hanging="170"/>
        <w:rPr>
          <w:lang w:val="de-DE"/>
        </w:rPr>
      </w:pPr>
      <w:r w:rsidRPr="007D6588">
        <w:rPr>
          <w:lang w:val="de-DE"/>
        </w:rPr>
        <w:t>Achten Sie bei Segelbooten</w:t>
      </w:r>
      <w:r w:rsidR="00A25AA8">
        <w:rPr>
          <w:lang w:val="de-DE"/>
        </w:rPr>
        <w:t xml:space="preserve"> bitte</w:t>
      </w:r>
      <w:r w:rsidRPr="007D6588">
        <w:rPr>
          <w:lang w:val="de-DE"/>
        </w:rPr>
        <w:t xml:space="preserve"> auf </w:t>
      </w:r>
      <w:r w:rsidR="00A25AA8">
        <w:rPr>
          <w:lang w:val="de-DE"/>
        </w:rPr>
        <w:t>eine</w:t>
      </w:r>
      <w:r w:rsidRPr="007D6588">
        <w:rPr>
          <w:lang w:val="de-DE"/>
        </w:rPr>
        <w:t xml:space="preserve"> Mastversetzung</w:t>
      </w:r>
      <w:r w:rsidR="00A25AA8">
        <w:rPr>
          <w:lang w:val="de-DE"/>
        </w:rPr>
        <w:t xml:space="preserve"> im Liegeplatz</w:t>
      </w:r>
      <w:r w:rsidRPr="007D6588">
        <w:rPr>
          <w:lang w:val="de-DE"/>
        </w:rPr>
        <w:t>.</w:t>
      </w:r>
    </w:p>
    <w:p w14:paraId="6F4875E6" w14:textId="77777777" w:rsidR="00236DF0" w:rsidRPr="007D6588" w:rsidRDefault="00780A49">
      <w:pPr>
        <w:pStyle w:val="Aufzhlungszeichen"/>
        <w:spacing w:after="100"/>
        <w:ind w:left="340" w:hanging="170"/>
        <w:rPr>
          <w:lang w:val="de-DE"/>
        </w:rPr>
      </w:pPr>
      <w:r w:rsidRPr="007D6588">
        <w:rPr>
          <w:lang w:val="de-DE"/>
        </w:rPr>
        <w:t>Setzen Sie mindestens 2 Fender je Bootsseite.</w:t>
      </w:r>
    </w:p>
    <w:p w14:paraId="49DFE367" w14:textId="330017F1" w:rsidR="00236DF0" w:rsidRPr="007D6588" w:rsidRDefault="00A25AA8">
      <w:pPr>
        <w:pStyle w:val="Aufzhlungszeichen"/>
        <w:spacing w:after="100"/>
        <w:ind w:left="340" w:hanging="170"/>
        <w:rPr>
          <w:lang w:val="de-DE"/>
        </w:rPr>
      </w:pPr>
      <w:r>
        <w:rPr>
          <w:lang w:val="de-DE"/>
        </w:rPr>
        <w:t>Wenn möglich b</w:t>
      </w:r>
      <w:r w:rsidR="00780A49" w:rsidRPr="007D6588">
        <w:rPr>
          <w:lang w:val="de-DE"/>
        </w:rPr>
        <w:t>enutzen Sie zur Hafeneinfahrt und Ausfahrt Ihren Motor.</w:t>
      </w:r>
    </w:p>
    <w:p w14:paraId="2D23C128" w14:textId="6A1D5C21" w:rsidR="00236DF0" w:rsidRPr="007D6588" w:rsidRDefault="00780A49">
      <w:pPr>
        <w:pStyle w:val="Aufzhlungszeichen"/>
        <w:spacing w:after="100"/>
        <w:ind w:left="340" w:hanging="170"/>
        <w:rPr>
          <w:lang w:val="de-DE"/>
        </w:rPr>
      </w:pPr>
      <w:r w:rsidRPr="007D6588">
        <w:rPr>
          <w:lang w:val="de-DE"/>
        </w:rPr>
        <w:t xml:space="preserve">Die Hafeneinfahrten </w:t>
      </w:r>
      <w:r w:rsidR="00A25AA8">
        <w:rPr>
          <w:lang w:val="de-DE"/>
        </w:rPr>
        <w:t xml:space="preserve">und der Liegeplatz beim Takelmast </w:t>
      </w:r>
      <w:r w:rsidRPr="007D6588">
        <w:rPr>
          <w:lang w:val="de-DE"/>
        </w:rPr>
        <w:t>sind immer frei zu halten.</w:t>
      </w:r>
    </w:p>
    <w:p w14:paraId="4FB5F419" w14:textId="77777777" w:rsidR="00236DF0" w:rsidRPr="007D6588" w:rsidRDefault="00780A49">
      <w:pPr>
        <w:pStyle w:val="Aufzhlungszeichen"/>
        <w:spacing w:after="100"/>
        <w:ind w:left="340" w:hanging="170"/>
        <w:rPr>
          <w:lang w:val="de-DE"/>
        </w:rPr>
      </w:pPr>
      <w:r w:rsidRPr="007D6588">
        <w:rPr>
          <w:lang w:val="de-DE"/>
        </w:rPr>
        <w:t>Das Baden und Fischen - im Hafen und von den Stegen aus - ist untersagt.</w:t>
      </w:r>
    </w:p>
    <w:p w14:paraId="12623163" w14:textId="03644A0A" w:rsidR="00236DF0" w:rsidRPr="007D6588" w:rsidRDefault="00780A49">
      <w:pPr>
        <w:pStyle w:val="Aufzhlungszeichen"/>
        <w:spacing w:after="100"/>
        <w:ind w:left="340" w:hanging="170"/>
        <w:rPr>
          <w:lang w:val="de-DE"/>
        </w:rPr>
      </w:pPr>
      <w:r w:rsidRPr="007D6588">
        <w:rPr>
          <w:lang w:val="de-DE"/>
        </w:rPr>
        <w:t>Für die Benutzung der Hafenanlage und der Haftung bei Schäden verweisen wir ausdrücklich auf die Hafenordnung.</w:t>
      </w:r>
    </w:p>
    <w:p w14:paraId="5C0D4F52" w14:textId="77777777" w:rsidR="00236DF0" w:rsidRPr="007D6588" w:rsidRDefault="00780A49">
      <w:pPr>
        <w:pStyle w:val="Aufzhlungszeichen"/>
        <w:spacing w:after="100"/>
        <w:ind w:left="340" w:hanging="170"/>
        <w:rPr>
          <w:lang w:val="de-DE"/>
        </w:rPr>
      </w:pPr>
      <w:r w:rsidRPr="007D6588">
        <w:rPr>
          <w:lang w:val="de-DE"/>
        </w:rPr>
        <w:t>Bei Verunreinigung des Wassers durch Öl oder Benzin haftet der Bootseigner für entstehende Schäden und Kosten.</w:t>
      </w:r>
    </w:p>
    <w:p w14:paraId="05A8EB03" w14:textId="1C913309" w:rsidR="00236DF0" w:rsidRDefault="00780A49">
      <w:pPr>
        <w:pStyle w:val="Aufzhlungszeichen"/>
        <w:spacing w:after="100"/>
        <w:ind w:left="340" w:hanging="170"/>
        <w:rPr>
          <w:lang w:val="de-DE"/>
        </w:rPr>
      </w:pPr>
      <w:r w:rsidRPr="007D6588">
        <w:rPr>
          <w:lang w:val="de-DE"/>
        </w:rPr>
        <w:t xml:space="preserve">Entrichten Sie </w:t>
      </w:r>
      <w:r w:rsidR="00A25AA8">
        <w:rPr>
          <w:lang w:val="de-DE"/>
        </w:rPr>
        <w:t xml:space="preserve">bitte </w:t>
      </w:r>
      <w:r w:rsidRPr="007D6588">
        <w:rPr>
          <w:lang w:val="de-DE"/>
        </w:rPr>
        <w:t xml:space="preserve">die </w:t>
      </w:r>
      <w:r w:rsidRPr="007D6588">
        <w:rPr>
          <w:b/>
          <w:lang w:val="de-DE"/>
        </w:rPr>
        <w:t>Liegeplatzgebühr von 1</w:t>
      </w:r>
      <w:r w:rsidR="00A20FE4">
        <w:rPr>
          <w:b/>
          <w:lang w:val="de-DE"/>
        </w:rPr>
        <w:t>8</w:t>
      </w:r>
      <w:r w:rsidRPr="007D6588">
        <w:rPr>
          <w:b/>
          <w:lang w:val="de-DE"/>
        </w:rPr>
        <w:t>,00 € / Tag</w:t>
      </w:r>
      <w:r w:rsidRPr="007D6588">
        <w:rPr>
          <w:lang w:val="de-DE"/>
        </w:rPr>
        <w:t xml:space="preserve"> unaufgefordert. Deponieren Sie den Betrag im Briefkasten </w:t>
      </w:r>
      <w:r w:rsidR="007D6588">
        <w:rPr>
          <w:lang w:val="de-DE"/>
        </w:rPr>
        <w:t>vor dem Clubhaus</w:t>
      </w:r>
      <w:r w:rsidRPr="007D6588">
        <w:rPr>
          <w:lang w:val="de-DE"/>
        </w:rPr>
        <w:t xml:space="preserve"> mit dem bereitliegenden Kuvert, das</w:t>
      </w:r>
      <w:r w:rsidR="00A25AA8">
        <w:rPr>
          <w:lang w:val="de-DE"/>
        </w:rPr>
        <w:t>s</w:t>
      </w:r>
      <w:r w:rsidRPr="007D6588">
        <w:rPr>
          <w:lang w:val="de-DE"/>
        </w:rPr>
        <w:t xml:space="preserve"> Sie bitte vorher mit Ihren Angaben beschriften.</w:t>
      </w:r>
    </w:p>
    <w:p w14:paraId="3E405871" w14:textId="77777777" w:rsidR="007D6588" w:rsidRDefault="007D6588" w:rsidP="007D6588">
      <w:pPr>
        <w:pStyle w:val="Aufzhlungszeichen"/>
        <w:numPr>
          <w:ilvl w:val="0"/>
          <w:numId w:val="0"/>
        </w:numPr>
        <w:spacing w:after="100"/>
        <w:ind w:left="360" w:hanging="360"/>
        <w:rPr>
          <w:lang w:val="de-DE"/>
        </w:rPr>
      </w:pPr>
    </w:p>
    <w:p w14:paraId="6231A727" w14:textId="1678CEA1" w:rsidR="007D6588" w:rsidRPr="007D6588" w:rsidRDefault="007D6588" w:rsidP="007D6588">
      <w:pPr>
        <w:pStyle w:val="Aufzhlungszeichen"/>
        <w:numPr>
          <w:ilvl w:val="0"/>
          <w:numId w:val="0"/>
        </w:numPr>
        <w:spacing w:after="100"/>
        <w:ind w:left="340"/>
        <w:rPr>
          <w:lang w:val="de-DE"/>
        </w:rPr>
      </w:pPr>
      <w:r>
        <w:rPr>
          <w:noProof/>
          <w:lang w:val="de-DE"/>
        </w:rPr>
        <w:drawing>
          <wp:inline distT="0" distB="0" distL="0" distR="0" wp14:anchorId="339BA372" wp14:editId="3BDAB4A9">
            <wp:extent cx="923699" cy="1362075"/>
            <wp:effectExtent l="0" t="0" r="0" b="0"/>
            <wp:docPr id="72469681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696811" name="Grafik 72469681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7175" cy="1381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C8CFC" w14:textId="091690FC" w:rsidR="00236DF0" w:rsidRPr="00162A2E" w:rsidRDefault="00780A49" w:rsidP="00FE2725">
      <w:pPr>
        <w:pStyle w:val="Aufzhlungszeichen"/>
        <w:numPr>
          <w:ilvl w:val="0"/>
          <w:numId w:val="0"/>
        </w:numPr>
        <w:spacing w:after="100"/>
        <w:ind w:left="340"/>
        <w:rPr>
          <w:lang w:val="de-DE"/>
        </w:rPr>
      </w:pPr>
      <w:r w:rsidRPr="00162A2E">
        <w:rPr>
          <w:lang w:val="de-DE"/>
        </w:rPr>
        <w:t>Die öffentlichen Toiletten</w:t>
      </w:r>
      <w:r w:rsidR="00A25AA8" w:rsidRPr="00162A2E">
        <w:rPr>
          <w:lang w:val="de-DE"/>
        </w:rPr>
        <w:t xml:space="preserve"> und Sanitäre Anlagen des Clubs</w:t>
      </w:r>
      <w:r w:rsidRPr="00162A2E">
        <w:rPr>
          <w:lang w:val="de-DE"/>
        </w:rPr>
        <w:t xml:space="preserve"> befinden sich</w:t>
      </w:r>
      <w:r w:rsidR="00A25AA8" w:rsidRPr="00162A2E">
        <w:rPr>
          <w:lang w:val="de-DE"/>
        </w:rPr>
        <w:t xml:space="preserve"> im </w:t>
      </w:r>
      <w:r w:rsidR="003B5620">
        <w:rPr>
          <w:lang w:val="de-DE"/>
        </w:rPr>
        <w:t>Gebäude</w:t>
      </w:r>
      <w:r w:rsidRPr="00162A2E">
        <w:rPr>
          <w:lang w:val="de-DE"/>
        </w:rPr>
        <w:t xml:space="preserve"> Oberhalb</w:t>
      </w:r>
      <w:r w:rsidR="00A25AA8" w:rsidRPr="00162A2E">
        <w:rPr>
          <w:lang w:val="de-DE"/>
        </w:rPr>
        <w:t xml:space="preserve"> </w:t>
      </w:r>
      <w:r w:rsidRPr="00162A2E">
        <w:rPr>
          <w:lang w:val="de-DE"/>
        </w:rPr>
        <w:t>dem Clubhaus</w:t>
      </w:r>
      <w:r w:rsidR="003B5620">
        <w:rPr>
          <w:lang w:val="de-DE"/>
        </w:rPr>
        <w:t>.</w:t>
      </w:r>
    </w:p>
    <w:p w14:paraId="6B1C51C3" w14:textId="6C7A81C0" w:rsidR="007D6588" w:rsidRPr="007D6588" w:rsidRDefault="00162A2E" w:rsidP="007D6588">
      <w:pPr>
        <w:pStyle w:val="Aufzhlungszeichen"/>
        <w:numPr>
          <w:ilvl w:val="0"/>
          <w:numId w:val="0"/>
        </w:numPr>
        <w:spacing w:after="100"/>
        <w:ind w:left="700" w:hanging="360"/>
        <w:rPr>
          <w:lang w:val="de-DE"/>
        </w:rPr>
      </w:pPr>
      <w:r>
        <w:rPr>
          <w:noProof/>
          <w:lang w:val="de-DE"/>
        </w:rPr>
        <w:drawing>
          <wp:inline distT="0" distB="0" distL="0" distR="0" wp14:anchorId="32D085E2" wp14:editId="66A45827">
            <wp:extent cx="847725" cy="1185592"/>
            <wp:effectExtent l="0" t="0" r="0" b="0"/>
            <wp:docPr id="1737871709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871709" name="Grafik 173787170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66531" cy="1211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C644D" w14:textId="4E781DEE" w:rsidR="00A25AA8" w:rsidRDefault="00780A49" w:rsidP="00FE2725">
      <w:pPr>
        <w:pStyle w:val="Aufzhlungszeichen"/>
        <w:spacing w:after="100"/>
        <w:ind w:left="340" w:hanging="170"/>
        <w:rPr>
          <w:lang w:val="de-DE"/>
        </w:rPr>
      </w:pPr>
      <w:r w:rsidRPr="007D6588">
        <w:rPr>
          <w:lang w:val="de-DE"/>
        </w:rPr>
        <w:t xml:space="preserve">An der </w:t>
      </w:r>
      <w:r w:rsidR="007D6588">
        <w:rPr>
          <w:lang w:val="de-DE"/>
        </w:rPr>
        <w:t>Nordseite</w:t>
      </w:r>
      <w:r w:rsidRPr="007D6588">
        <w:rPr>
          <w:lang w:val="de-DE"/>
        </w:rPr>
        <w:t xml:space="preserve"> des </w:t>
      </w:r>
      <w:r>
        <w:rPr>
          <w:lang w:val="de-DE"/>
        </w:rPr>
        <w:t>Parkplatzes</w:t>
      </w:r>
      <w:r w:rsidR="00A25AA8">
        <w:rPr>
          <w:lang w:val="de-DE"/>
        </w:rPr>
        <w:t xml:space="preserve"> und </w:t>
      </w:r>
      <w:r w:rsidR="007D6588">
        <w:rPr>
          <w:lang w:val="de-DE"/>
        </w:rPr>
        <w:t>Sanitär</w:t>
      </w:r>
      <w:r w:rsidR="00A25AA8">
        <w:rPr>
          <w:lang w:val="de-DE"/>
        </w:rPr>
        <w:t>gebäude</w:t>
      </w:r>
      <w:r w:rsidRPr="007D6588">
        <w:rPr>
          <w:lang w:val="de-DE"/>
        </w:rPr>
        <w:t xml:space="preserve"> steht ein Behälter für Biomüll und Restmüll. Bitte entsorgen Sie Ihren Müll entsprechend der Behältnisse. </w:t>
      </w:r>
    </w:p>
    <w:p w14:paraId="1F856274" w14:textId="77777777" w:rsidR="00A25AA8" w:rsidRDefault="00780A49" w:rsidP="00FE2725">
      <w:pPr>
        <w:pStyle w:val="Aufzhlungszeichen"/>
        <w:spacing w:after="100"/>
        <w:ind w:left="340" w:hanging="170"/>
        <w:rPr>
          <w:lang w:val="de-DE"/>
        </w:rPr>
      </w:pPr>
      <w:r w:rsidRPr="007D6588">
        <w:rPr>
          <w:lang w:val="de-DE"/>
        </w:rPr>
        <w:t>Sie helfen uns damit unsere Umwelt und unsere Hafenanlage sauber zu halten.</w:t>
      </w:r>
      <w:r w:rsidR="00FE2725">
        <w:rPr>
          <w:lang w:val="de-DE"/>
        </w:rPr>
        <w:t xml:space="preserve"> </w:t>
      </w:r>
    </w:p>
    <w:p w14:paraId="4DEF6BE6" w14:textId="1E7A0275" w:rsidR="00236DF0" w:rsidRPr="00FE2725" w:rsidRDefault="00780A49" w:rsidP="00FE2725">
      <w:pPr>
        <w:pStyle w:val="Aufzhlungszeichen"/>
        <w:spacing w:after="100"/>
        <w:ind w:left="340" w:hanging="170"/>
        <w:rPr>
          <w:lang w:val="de-DE"/>
        </w:rPr>
      </w:pPr>
      <w:r w:rsidRPr="00FE2725">
        <w:rPr>
          <w:lang w:val="de-DE"/>
        </w:rPr>
        <w:t>Wir wünschen Ihnen einen schönen Aufenthalt in Öhningen!!</w:t>
      </w:r>
    </w:p>
    <w:sectPr w:rsidR="00236DF0" w:rsidRPr="00FE2725" w:rsidSect="00034616">
      <w:pgSz w:w="12240" w:h="15840"/>
      <w:pgMar w:top="1020" w:right="113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501A"/>
    <w:rsid w:val="0015074B"/>
    <w:rsid w:val="00162A2E"/>
    <w:rsid w:val="001F40E9"/>
    <w:rsid w:val="00236DF0"/>
    <w:rsid w:val="0029639D"/>
    <w:rsid w:val="002D3F8F"/>
    <w:rsid w:val="00326F90"/>
    <w:rsid w:val="003B5620"/>
    <w:rsid w:val="00706BC0"/>
    <w:rsid w:val="00780A49"/>
    <w:rsid w:val="007D6588"/>
    <w:rsid w:val="00A20FE4"/>
    <w:rsid w:val="00A25AA8"/>
    <w:rsid w:val="00A82020"/>
    <w:rsid w:val="00AA1D8D"/>
    <w:rsid w:val="00B47730"/>
    <w:rsid w:val="00BF0C59"/>
    <w:rsid w:val="00CB0664"/>
    <w:rsid w:val="00DB26A0"/>
    <w:rsid w:val="00F27864"/>
    <w:rsid w:val="00FC693F"/>
    <w:rsid w:val="00FE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532F270"/>
  <w14:defaultImageDpi w14:val="300"/>
  <w15:docId w15:val="{1070BD85-9FB0-4BC6-BA6B-794349202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Arial" w:hAnsi="Arial"/>
      <w:sz w:val="23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1354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Utt Achim</cp:lastModifiedBy>
  <cp:revision>10</cp:revision>
  <dcterms:created xsi:type="dcterms:W3CDTF">2026-08-25T04:57:00Z</dcterms:created>
  <dcterms:modified xsi:type="dcterms:W3CDTF">2026-08-25T13:27:00Z</dcterms:modified>
  <cp:category/>
</cp:coreProperties>
</file>